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E633E" w14:textId="77777777" w:rsidR="002F3BC4" w:rsidRDefault="00000000">
      <w:pPr>
        <w:jc w:val="center"/>
      </w:pPr>
      <w:r>
        <w:rPr>
          <w:b/>
          <w:color w:val="17365D"/>
          <w:sz w:val="34"/>
        </w:rPr>
        <w:t>ARLINGTON ISD</w:t>
      </w:r>
    </w:p>
    <w:p w14:paraId="67D2312A" w14:textId="77777777" w:rsidR="002F3BC4" w:rsidRDefault="00000000">
      <w:pPr>
        <w:jc w:val="center"/>
      </w:pPr>
      <w:r>
        <w:rPr>
          <w:b/>
          <w:color w:val="666666"/>
          <w:sz w:val="24"/>
        </w:rPr>
        <w:t>BOOSTER CLUB OFFICER INFORMATION FORM</w:t>
      </w:r>
    </w:p>
    <w:tbl>
      <w:tblPr>
        <w:tblW w:w="0" w:type="auto"/>
        <w:tblInd w:w="-180" w:type="dxa"/>
        <w:tblLook w:val="04A0" w:firstRow="1" w:lastRow="0" w:firstColumn="1" w:lastColumn="0" w:noHBand="0" w:noVBand="1"/>
      </w:tblPr>
      <w:tblGrid>
        <w:gridCol w:w="180"/>
        <w:gridCol w:w="5256"/>
        <w:gridCol w:w="5058"/>
        <w:gridCol w:w="198"/>
      </w:tblGrid>
      <w:tr w:rsidR="002F3BC4" w14:paraId="0D6D1014" w14:textId="77777777" w:rsidTr="00803E75">
        <w:trPr>
          <w:gridBefore w:val="1"/>
          <w:wBefore w:w="180" w:type="dxa"/>
        </w:trPr>
        <w:tc>
          <w:tcPr>
            <w:tcW w:w="10512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05B50AD4" w14:textId="77777777" w:rsidR="002F3BC4" w:rsidRDefault="00000000">
            <w:r>
              <w:rPr>
                <w:b/>
                <w:color w:val="FFFFFF"/>
              </w:rPr>
              <w:t>Organization Information</w:t>
            </w:r>
          </w:p>
        </w:tc>
      </w:tr>
      <w:tr w:rsidR="002F3BC4" w14:paraId="496BA3E0" w14:textId="77777777" w:rsidTr="00803E75">
        <w:tblPrEx>
          <w:jc w:val="center"/>
          <w:tblInd w:w="0" w:type="dxa"/>
        </w:tblPrEx>
        <w:trPr>
          <w:gridAfter w:val="1"/>
          <w:wAfter w:w="198" w:type="dxa"/>
          <w:jc w:val="center"/>
        </w:trPr>
        <w:tc>
          <w:tcPr>
            <w:tcW w:w="5436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2C0E976C" w14:textId="77777777" w:rsidR="002F3BC4" w:rsidRDefault="00000000">
            <w:r>
              <w:rPr>
                <w:sz w:val="17"/>
              </w:rPr>
              <w:t>School/Campus: ______________________________</w:t>
            </w:r>
          </w:p>
        </w:tc>
        <w:tc>
          <w:tcPr>
            <w:tcW w:w="50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46D3E100" w14:textId="77777777" w:rsidR="002F3BC4" w:rsidRDefault="00000000">
            <w:r>
              <w:rPr>
                <w:sz w:val="17"/>
              </w:rPr>
              <w:t>School Year: ________________</w:t>
            </w:r>
          </w:p>
        </w:tc>
      </w:tr>
      <w:tr w:rsidR="002F3BC4" w14:paraId="7832A914" w14:textId="77777777" w:rsidTr="00803E75">
        <w:tblPrEx>
          <w:jc w:val="center"/>
          <w:tblInd w:w="0" w:type="dxa"/>
        </w:tblPrEx>
        <w:trPr>
          <w:gridAfter w:val="1"/>
          <w:wAfter w:w="198" w:type="dxa"/>
          <w:jc w:val="center"/>
        </w:trPr>
        <w:tc>
          <w:tcPr>
            <w:tcW w:w="5436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17AB146" w14:textId="77777777" w:rsidR="002F3BC4" w:rsidRDefault="00000000">
            <w:r>
              <w:rPr>
                <w:sz w:val="17"/>
              </w:rPr>
              <w:t>Booster Club/Organization Name: __________________________</w:t>
            </w:r>
          </w:p>
        </w:tc>
        <w:tc>
          <w:tcPr>
            <w:tcW w:w="5058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AEFAFA9" w14:textId="77777777" w:rsidR="002F3BC4" w:rsidRDefault="00000000">
            <w:r>
              <w:rPr>
                <w:sz w:val="17"/>
              </w:rPr>
              <w:t>Date Submitted: ______________</w:t>
            </w:r>
          </w:p>
        </w:tc>
      </w:tr>
      <w:tr w:rsidR="002F3BC4" w14:paraId="2B5FF7D8" w14:textId="77777777" w:rsidTr="00803E75">
        <w:trPr>
          <w:gridBefore w:val="1"/>
          <w:wBefore w:w="180" w:type="dxa"/>
        </w:trPr>
        <w:tc>
          <w:tcPr>
            <w:tcW w:w="10512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4A8D576E" w14:textId="77777777" w:rsidR="002F3BC4" w:rsidRDefault="00000000">
            <w:r>
              <w:rPr>
                <w:b/>
                <w:color w:val="FFFFFF"/>
              </w:rPr>
              <w:t>Current Officer Information</w:t>
            </w:r>
          </w:p>
        </w:tc>
      </w:tr>
    </w:tbl>
    <w:p w14:paraId="1BB3EDFE" w14:textId="77777777" w:rsidR="002F3BC4" w:rsidRDefault="00000000">
      <w:r>
        <w:t>Please provide current contact information for each officer. Submit an updated form when officer or contact information changes.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"/>
        <w:gridCol w:w="2759"/>
        <w:gridCol w:w="2640"/>
        <w:gridCol w:w="2640"/>
        <w:gridCol w:w="2531"/>
        <w:gridCol w:w="111"/>
      </w:tblGrid>
      <w:tr w:rsidR="002F3BC4" w14:paraId="03FA8AA9" w14:textId="77777777" w:rsidTr="00803E75">
        <w:trPr>
          <w:gridAfter w:val="1"/>
          <w:wAfter w:w="111" w:type="dxa"/>
          <w:trHeight w:val="417"/>
          <w:jc w:val="center"/>
        </w:trPr>
        <w:tc>
          <w:tcPr>
            <w:tcW w:w="2777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60BDD88D" w14:textId="77777777" w:rsidR="002F3BC4" w:rsidRDefault="00000000">
            <w:r>
              <w:rPr>
                <w:b/>
                <w:color w:val="FFFFFF"/>
                <w:sz w:val="16"/>
              </w:rPr>
              <w:t>Position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6E298AA9" w14:textId="77777777" w:rsidR="002F3BC4" w:rsidRDefault="00000000">
            <w:r>
              <w:rPr>
                <w:b/>
                <w:color w:val="FFFFFF"/>
                <w:sz w:val="16"/>
              </w:rPr>
              <w:t>Officer Name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4AB975BF" w14:textId="77777777" w:rsidR="002F3BC4" w:rsidRDefault="00000000">
            <w:r>
              <w:rPr>
                <w:b/>
                <w:color w:val="FFFFFF"/>
                <w:sz w:val="16"/>
              </w:rPr>
              <w:t>Phone Number</w:t>
            </w:r>
          </w:p>
        </w:tc>
        <w:tc>
          <w:tcPr>
            <w:tcW w:w="2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47E70012" w14:textId="77777777" w:rsidR="002F3BC4" w:rsidRDefault="00000000">
            <w:r>
              <w:rPr>
                <w:b/>
                <w:color w:val="FFFFFF"/>
                <w:sz w:val="16"/>
              </w:rPr>
              <w:t>Email Address</w:t>
            </w:r>
          </w:p>
        </w:tc>
      </w:tr>
      <w:tr w:rsidR="002F3BC4" w14:paraId="152523F6" w14:textId="77777777" w:rsidTr="00803E75">
        <w:trPr>
          <w:gridAfter w:val="1"/>
          <w:wAfter w:w="111" w:type="dxa"/>
          <w:trHeight w:val="448"/>
          <w:jc w:val="center"/>
        </w:trPr>
        <w:tc>
          <w:tcPr>
            <w:tcW w:w="2777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DA619E3" w14:textId="77777777" w:rsidR="002F3BC4" w:rsidRDefault="00000000">
            <w:r>
              <w:t>President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3BDE8D" w14:textId="77777777" w:rsidR="002F3BC4" w:rsidRDefault="002F3BC4"/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BD58CD5" w14:textId="77777777" w:rsidR="002F3BC4" w:rsidRDefault="002F3BC4"/>
        </w:tc>
        <w:tc>
          <w:tcPr>
            <w:tcW w:w="2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889766" w14:textId="77777777" w:rsidR="002F3BC4" w:rsidRDefault="002F3BC4"/>
        </w:tc>
      </w:tr>
      <w:tr w:rsidR="002F3BC4" w14:paraId="7CA1F27A" w14:textId="77777777" w:rsidTr="00803E75">
        <w:trPr>
          <w:gridAfter w:val="1"/>
          <w:wAfter w:w="111" w:type="dxa"/>
          <w:trHeight w:val="448"/>
          <w:jc w:val="center"/>
        </w:trPr>
        <w:tc>
          <w:tcPr>
            <w:tcW w:w="2777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CE14A2A" w14:textId="77777777" w:rsidR="002F3BC4" w:rsidRDefault="00000000">
            <w:r>
              <w:t>Vice President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9E71721" w14:textId="77777777" w:rsidR="002F3BC4" w:rsidRDefault="002F3BC4"/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16F4014" w14:textId="77777777" w:rsidR="002F3BC4" w:rsidRDefault="002F3BC4"/>
        </w:tc>
        <w:tc>
          <w:tcPr>
            <w:tcW w:w="2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3FA191C" w14:textId="77777777" w:rsidR="002F3BC4" w:rsidRDefault="002F3BC4"/>
        </w:tc>
      </w:tr>
      <w:tr w:rsidR="002F3BC4" w14:paraId="543F25FA" w14:textId="77777777" w:rsidTr="00803E75">
        <w:trPr>
          <w:gridAfter w:val="1"/>
          <w:wAfter w:w="111" w:type="dxa"/>
          <w:trHeight w:val="448"/>
          <w:jc w:val="center"/>
        </w:trPr>
        <w:tc>
          <w:tcPr>
            <w:tcW w:w="2777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BE03212" w14:textId="77777777" w:rsidR="002F3BC4" w:rsidRDefault="00000000">
            <w:r>
              <w:t>Treasurer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2EDD135" w14:textId="77777777" w:rsidR="002F3BC4" w:rsidRDefault="002F3BC4"/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87F8AB0" w14:textId="77777777" w:rsidR="002F3BC4" w:rsidRDefault="002F3BC4"/>
        </w:tc>
        <w:tc>
          <w:tcPr>
            <w:tcW w:w="2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FF850C3" w14:textId="77777777" w:rsidR="002F3BC4" w:rsidRDefault="002F3BC4"/>
        </w:tc>
      </w:tr>
      <w:tr w:rsidR="002F3BC4" w14:paraId="6B1E57F9" w14:textId="77777777" w:rsidTr="00803E75">
        <w:trPr>
          <w:gridAfter w:val="1"/>
          <w:wAfter w:w="111" w:type="dxa"/>
          <w:trHeight w:val="438"/>
          <w:jc w:val="center"/>
        </w:trPr>
        <w:tc>
          <w:tcPr>
            <w:tcW w:w="2777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A0B932" w14:textId="77777777" w:rsidR="002F3BC4" w:rsidRDefault="00000000">
            <w:r>
              <w:t>Secretary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ED70AE" w14:textId="77777777" w:rsidR="002F3BC4" w:rsidRDefault="002F3BC4"/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08A1EC" w14:textId="77777777" w:rsidR="002F3BC4" w:rsidRDefault="002F3BC4"/>
        </w:tc>
        <w:tc>
          <w:tcPr>
            <w:tcW w:w="2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F38A4FC" w14:textId="77777777" w:rsidR="002F3BC4" w:rsidRDefault="002F3BC4"/>
        </w:tc>
      </w:tr>
      <w:tr w:rsidR="002F3BC4" w14:paraId="1F24F96B" w14:textId="77777777" w:rsidTr="00803E75">
        <w:trPr>
          <w:gridAfter w:val="1"/>
          <w:wAfter w:w="111" w:type="dxa"/>
          <w:trHeight w:val="448"/>
          <w:jc w:val="center"/>
        </w:trPr>
        <w:tc>
          <w:tcPr>
            <w:tcW w:w="2777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621D230" w14:textId="77777777" w:rsidR="002F3BC4" w:rsidRDefault="00000000">
            <w:r>
              <w:t>Other: ____________</w:t>
            </w:r>
          </w:p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A89301C" w14:textId="77777777" w:rsidR="002F3BC4" w:rsidRDefault="002F3BC4"/>
        </w:tc>
        <w:tc>
          <w:tcPr>
            <w:tcW w:w="264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C07969C" w14:textId="77777777" w:rsidR="002F3BC4" w:rsidRDefault="002F3BC4"/>
        </w:tc>
        <w:tc>
          <w:tcPr>
            <w:tcW w:w="253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A29C2DA" w14:textId="77777777" w:rsidR="002F3BC4" w:rsidRDefault="002F3BC4"/>
        </w:tc>
      </w:tr>
      <w:tr w:rsidR="002F3BC4" w14:paraId="40406A24" w14:textId="77777777" w:rsidTr="00DA3F08">
        <w:tblPrEx>
          <w:jc w:val="left"/>
        </w:tblPrEx>
        <w:trPr>
          <w:gridBefore w:val="1"/>
          <w:wBefore w:w="18" w:type="dxa"/>
          <w:trHeight w:val="448"/>
        </w:trPr>
        <w:tc>
          <w:tcPr>
            <w:tcW w:w="10681" w:type="dxa"/>
            <w:gridSpan w:val="5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688137A3" w14:textId="77777777" w:rsidR="002F3BC4" w:rsidRDefault="00000000">
            <w:r>
              <w:rPr>
                <w:b/>
                <w:color w:val="FFFFFF"/>
              </w:rPr>
              <w:t>Primary Organization Contact</w:t>
            </w:r>
          </w:p>
        </w:tc>
      </w:tr>
    </w:tbl>
    <w:p w14:paraId="5912F0D9" w14:textId="77777777" w:rsidR="00803E75" w:rsidRDefault="00803E75">
      <w:pPr>
        <w:rPr>
          <w:b/>
        </w:rPr>
      </w:pPr>
    </w:p>
    <w:p w14:paraId="0234BF93" w14:textId="3762819B" w:rsidR="002F3BC4" w:rsidRDefault="00803E75">
      <w:r>
        <w:rPr>
          <w:b/>
        </w:rPr>
        <w:t>Name</w:t>
      </w:r>
      <w:r>
        <w:t xml:space="preserve"> __________________________________________________________________________________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"/>
        <w:gridCol w:w="5238"/>
        <w:gridCol w:w="5256"/>
        <w:gridCol w:w="126"/>
      </w:tblGrid>
      <w:tr w:rsidR="002F3BC4" w14:paraId="62400B8B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3CA60B5F" w14:textId="77777777" w:rsidR="002F3BC4" w:rsidRDefault="00000000">
            <w:r>
              <w:rPr>
                <w:sz w:val="17"/>
              </w:rPr>
              <w:t>Position: __________________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490F125B" w14:textId="77777777" w:rsidR="002F3BC4" w:rsidRDefault="00000000">
            <w:r>
              <w:rPr>
                <w:sz w:val="17"/>
              </w:rPr>
              <w:t>Phone: __________________</w:t>
            </w:r>
          </w:p>
        </w:tc>
      </w:tr>
      <w:tr w:rsidR="002F3BC4" w14:paraId="0ADE7AAB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gridSpan w:val="2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07AF35" w14:textId="77777777" w:rsidR="002F3BC4" w:rsidRDefault="00000000">
            <w:r>
              <w:rPr>
                <w:sz w:val="17"/>
              </w:rPr>
              <w:t>Email: __________________________________________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7D96AAF" w14:textId="77777777" w:rsidR="002F3BC4" w:rsidRDefault="002F3BC4"/>
        </w:tc>
      </w:tr>
      <w:tr w:rsidR="002F3BC4" w14:paraId="76CB7421" w14:textId="77777777" w:rsidTr="00803E75">
        <w:tblPrEx>
          <w:jc w:val="left"/>
        </w:tblPrEx>
        <w:trPr>
          <w:gridBefore w:val="1"/>
          <w:wBefore w:w="18" w:type="dxa"/>
        </w:trPr>
        <w:tc>
          <w:tcPr>
            <w:tcW w:w="10620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1414A35A" w14:textId="77777777" w:rsidR="002F3BC4" w:rsidRDefault="00000000">
            <w:r>
              <w:rPr>
                <w:b/>
                <w:color w:val="FFFFFF"/>
              </w:rPr>
              <w:t>Officer Acknowledgment</w:t>
            </w:r>
          </w:p>
        </w:tc>
      </w:tr>
    </w:tbl>
    <w:p w14:paraId="76331E48" w14:textId="77777777" w:rsidR="002F3BC4" w:rsidRDefault="00000000">
      <w:r>
        <w:t>By signing below, the officers acknowledge that the information provided is current and accurate. The organization agrees to notify the appropriate District/campus contact when there is a change in officers or contact information.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56"/>
        <w:gridCol w:w="5256"/>
        <w:gridCol w:w="126"/>
      </w:tblGrid>
      <w:tr w:rsidR="002F3BC4" w14:paraId="77611237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221D9995" w14:textId="77777777" w:rsidR="002F3BC4" w:rsidRDefault="00000000">
            <w:r>
              <w:rPr>
                <w:sz w:val="17"/>
              </w:rPr>
              <w:t>PRESIDENT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6499B27B" w14:textId="77777777" w:rsidR="002F3BC4" w:rsidRDefault="00000000">
            <w:r>
              <w:rPr>
                <w:sz w:val="17"/>
              </w:rPr>
              <w:t>TREASURER</w:t>
            </w:r>
          </w:p>
        </w:tc>
      </w:tr>
      <w:tr w:rsidR="002F3BC4" w14:paraId="08180DDD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204B9A5" w14:textId="77777777" w:rsidR="002F3BC4" w:rsidRDefault="00000000">
            <w:r>
              <w:rPr>
                <w:sz w:val="17"/>
              </w:rPr>
              <w:t>Printed Name: __________________________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6A52DDE8" w14:textId="77777777" w:rsidR="002F3BC4" w:rsidRDefault="00000000">
            <w:r>
              <w:rPr>
                <w:sz w:val="17"/>
              </w:rPr>
              <w:t>Printed Name: __________________________</w:t>
            </w:r>
          </w:p>
        </w:tc>
      </w:tr>
      <w:tr w:rsidR="002F3BC4" w14:paraId="46DFF009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DD87F13" w14:textId="77777777" w:rsidR="002F3BC4" w:rsidRDefault="00000000">
            <w:r>
              <w:rPr>
                <w:sz w:val="17"/>
              </w:rPr>
              <w:t>Signature: ______________________________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8FC0B0" w14:textId="77777777" w:rsidR="002F3BC4" w:rsidRDefault="00000000">
            <w:r>
              <w:rPr>
                <w:sz w:val="17"/>
              </w:rPr>
              <w:t>Signature: ______________________________</w:t>
            </w:r>
          </w:p>
        </w:tc>
      </w:tr>
      <w:tr w:rsidR="002F3BC4" w14:paraId="39F4DA21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80869C8" w14:textId="77777777" w:rsidR="002F3BC4" w:rsidRDefault="00000000">
            <w:r>
              <w:rPr>
                <w:sz w:val="17"/>
              </w:rPr>
              <w:t>Date: __________________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15CECF56" w14:textId="77777777" w:rsidR="002F3BC4" w:rsidRDefault="00000000">
            <w:r>
              <w:rPr>
                <w:sz w:val="17"/>
              </w:rPr>
              <w:t>Date: __________________</w:t>
            </w:r>
          </w:p>
        </w:tc>
      </w:tr>
      <w:tr w:rsidR="002F3BC4" w14:paraId="7E785C65" w14:textId="77777777" w:rsidTr="00803E75">
        <w:tblPrEx>
          <w:jc w:val="left"/>
        </w:tblPrEx>
        <w:tc>
          <w:tcPr>
            <w:tcW w:w="10638" w:type="dxa"/>
            <w:gridSpan w:val="3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17365D"/>
          </w:tcPr>
          <w:p w14:paraId="0160ED33" w14:textId="77777777" w:rsidR="002F3BC4" w:rsidRDefault="00000000">
            <w:r>
              <w:rPr>
                <w:b/>
                <w:color w:val="FFFFFF"/>
              </w:rPr>
              <w:t>Campus/District Use</w:t>
            </w:r>
          </w:p>
        </w:tc>
      </w:tr>
      <w:tr w:rsidR="002F3BC4" w14:paraId="0D669CD1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6A7D8899" w14:textId="77777777" w:rsidR="002F3BC4" w:rsidRDefault="00000000">
            <w:r>
              <w:rPr>
                <w:sz w:val="17"/>
              </w:rPr>
              <w:t>Received By: __________________________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EAF1F8"/>
          </w:tcPr>
          <w:p w14:paraId="6CEE4F57" w14:textId="77777777" w:rsidR="002F3BC4" w:rsidRDefault="00000000">
            <w:r>
              <w:rPr>
                <w:sz w:val="17"/>
              </w:rPr>
              <w:t>Date Received: __________________</w:t>
            </w:r>
          </w:p>
        </w:tc>
      </w:tr>
      <w:tr w:rsidR="002F3BC4" w14:paraId="2F03DD10" w14:textId="77777777" w:rsidTr="00803E75">
        <w:trPr>
          <w:gridAfter w:val="1"/>
          <w:wAfter w:w="126" w:type="dxa"/>
          <w:jc w:val="center"/>
        </w:trPr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49ABA18" w14:textId="77777777" w:rsidR="002F3BC4" w:rsidRDefault="00000000">
            <w:r>
              <w:rPr>
                <w:sz w:val="17"/>
              </w:rPr>
              <w:t>Officer Information Updated: ☐ Yes  ☐ No</w:t>
            </w:r>
          </w:p>
        </w:tc>
        <w:tc>
          <w:tcPr>
            <w:tcW w:w="5256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E1FF17" w14:textId="77777777" w:rsidR="002F3BC4" w:rsidRDefault="002F3BC4"/>
        </w:tc>
      </w:tr>
    </w:tbl>
    <w:p w14:paraId="7B459498" w14:textId="77777777" w:rsidR="00803E75" w:rsidRDefault="00803E75">
      <w:pPr>
        <w:rPr>
          <w:b/>
        </w:rPr>
      </w:pPr>
    </w:p>
    <w:p w14:paraId="42448222" w14:textId="146B8121" w:rsidR="002F3BC4" w:rsidRDefault="00803E75">
      <w:r>
        <w:rPr>
          <w:b/>
        </w:rPr>
        <w:t>Comments</w:t>
      </w:r>
      <w:r>
        <w:t xml:space="preserve"> __________________________________________________________________________________</w:t>
      </w:r>
    </w:p>
    <w:p w14:paraId="59412B97" w14:textId="77777777" w:rsidR="002F3BC4" w:rsidRDefault="00000000">
      <w:r>
        <w:rPr>
          <w:b/>
        </w:rPr>
        <w:t>Next Update Due</w:t>
      </w:r>
      <w:r>
        <w:t xml:space="preserve">  __________________________________________________________________________________</w:t>
      </w:r>
    </w:p>
    <w:p w14:paraId="34322682" w14:textId="77777777" w:rsidR="002F3BC4" w:rsidRDefault="00000000">
      <w:pPr>
        <w:jc w:val="center"/>
      </w:pPr>
      <w:r>
        <w:rPr>
          <w:color w:val="666666"/>
          <w:sz w:val="14"/>
        </w:rPr>
        <w:t>For use with Arlington ISD Booster Club registration and officer information procedures. Retain a copy for organization records.</w:t>
      </w:r>
    </w:p>
    <w:sectPr w:rsidR="002F3BC4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F886" w14:textId="77777777" w:rsidR="006D2B7F" w:rsidRDefault="006D2B7F">
      <w:pPr>
        <w:spacing w:after="0" w:line="240" w:lineRule="auto"/>
      </w:pPr>
      <w:r>
        <w:separator/>
      </w:r>
    </w:p>
  </w:endnote>
  <w:endnote w:type="continuationSeparator" w:id="0">
    <w:p w14:paraId="4CDDB719" w14:textId="77777777" w:rsidR="006D2B7F" w:rsidRDefault="006D2B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2AE51" w14:textId="2B2EA142" w:rsidR="002F3BC4" w:rsidRDefault="00000000">
    <w:pPr>
      <w:pStyle w:val="Footer"/>
      <w:jc w:val="center"/>
    </w:pPr>
    <w:r>
      <w:rPr>
        <w:color w:val="666666"/>
        <w:sz w:val="14"/>
      </w:rPr>
      <w:t xml:space="preserve"> Booster Club Information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CB9CCA" w14:textId="77777777" w:rsidR="006D2B7F" w:rsidRDefault="006D2B7F">
      <w:pPr>
        <w:spacing w:after="0" w:line="240" w:lineRule="auto"/>
      </w:pPr>
      <w:r>
        <w:separator/>
      </w:r>
    </w:p>
  </w:footnote>
  <w:footnote w:type="continuationSeparator" w:id="0">
    <w:p w14:paraId="05DE5ECD" w14:textId="77777777" w:rsidR="006D2B7F" w:rsidRDefault="006D2B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94799023">
    <w:abstractNumId w:val="8"/>
  </w:num>
  <w:num w:numId="2" w16cid:durableId="1585457053">
    <w:abstractNumId w:val="6"/>
  </w:num>
  <w:num w:numId="3" w16cid:durableId="585916774">
    <w:abstractNumId w:val="5"/>
  </w:num>
  <w:num w:numId="4" w16cid:durableId="744647648">
    <w:abstractNumId w:val="4"/>
  </w:num>
  <w:num w:numId="5" w16cid:durableId="982731028">
    <w:abstractNumId w:val="7"/>
  </w:num>
  <w:num w:numId="6" w16cid:durableId="1622999889">
    <w:abstractNumId w:val="3"/>
  </w:num>
  <w:num w:numId="7" w16cid:durableId="1787774562">
    <w:abstractNumId w:val="2"/>
  </w:num>
  <w:num w:numId="8" w16cid:durableId="1556046448">
    <w:abstractNumId w:val="1"/>
  </w:num>
  <w:num w:numId="9" w16cid:durableId="2122675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DAA"/>
    <w:rsid w:val="0006063C"/>
    <w:rsid w:val="0015074B"/>
    <w:rsid w:val="0029639D"/>
    <w:rsid w:val="002F3BC4"/>
    <w:rsid w:val="00326F90"/>
    <w:rsid w:val="003B6DD2"/>
    <w:rsid w:val="006D2B7F"/>
    <w:rsid w:val="00803E75"/>
    <w:rsid w:val="00AA1D8D"/>
    <w:rsid w:val="00B47730"/>
    <w:rsid w:val="00CB0664"/>
    <w:rsid w:val="00DA3F0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B3992F"/>
  <w14:defaultImageDpi w14:val="300"/>
  <w15:docId w15:val="{5B0EB76A-9C46-455E-9833-8C78B66B1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237</Words>
  <Characters>1485</Characters>
  <Application>Microsoft Office Word</Application>
  <DocSecurity>0</DocSecurity>
  <Lines>33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Sanders, Doris</cp:lastModifiedBy>
  <cp:revision>3</cp:revision>
  <dcterms:created xsi:type="dcterms:W3CDTF">2013-12-23T23:15:00Z</dcterms:created>
  <dcterms:modified xsi:type="dcterms:W3CDTF">2026-10-05T20:32:00Z</dcterms:modified>
  <cp:category/>
</cp:coreProperties>
</file>