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1E2DE" w14:textId="77777777" w:rsidR="00DE5C61" w:rsidRDefault="00000000">
      <w:pPr>
        <w:jc w:val="center"/>
      </w:pPr>
      <w:r>
        <w:rPr>
          <w:b/>
          <w:color w:val="17365D"/>
          <w:sz w:val="34"/>
        </w:rPr>
        <w:t>ARLINGTON ISD</w:t>
      </w:r>
    </w:p>
    <w:p w14:paraId="58093198" w14:textId="7F1B2A1B" w:rsidR="00DE5C61" w:rsidRDefault="00000000">
      <w:pPr>
        <w:jc w:val="center"/>
      </w:pPr>
      <w:r>
        <w:rPr>
          <w:b/>
          <w:color w:val="666666"/>
          <w:sz w:val="24"/>
        </w:rPr>
        <w:t>BOOSTER CLUB REGISTRATION FORM</w:t>
      </w:r>
    </w:p>
    <w:tbl>
      <w:tblPr>
        <w:tblW w:w="0" w:type="auto"/>
        <w:tblLook w:val="04A0" w:firstRow="1" w:lastRow="0" w:firstColumn="1" w:lastColumn="0" w:noHBand="0" w:noVBand="1"/>
      </w:tblPr>
      <w:tblGrid>
        <w:gridCol w:w="10512"/>
      </w:tblGrid>
      <w:tr w:rsidR="00DE5C61" w14:paraId="38BB2214" w14:textId="77777777">
        <w:tc>
          <w:tcPr>
            <w:tcW w:w="10512" w:type="dxa"/>
            <w:tcBorders>
              <w:top w:val="single" w:sz="4" w:space="0" w:color="B7B7B7"/>
              <w:left w:val="single" w:sz="4" w:space="0" w:color="B7B7B7"/>
              <w:bottom w:val="single" w:sz="4" w:space="0" w:color="B7B7B7"/>
              <w:right w:val="single" w:sz="4" w:space="0" w:color="B7B7B7"/>
            </w:tcBorders>
            <w:shd w:val="clear" w:color="auto" w:fill="17365D"/>
          </w:tcPr>
          <w:p w14:paraId="73C070FA" w14:textId="77777777" w:rsidR="00DE5C61" w:rsidRDefault="00000000">
            <w:r>
              <w:rPr>
                <w:b/>
                <w:color w:val="FFFFFF"/>
              </w:rPr>
              <w:t>Organization Information</w:t>
            </w:r>
          </w:p>
        </w:tc>
      </w:tr>
    </w:tbl>
    <w:p w14:paraId="383668A1" w14:textId="77777777" w:rsidR="001F50DC" w:rsidRDefault="001F50DC" w:rsidP="00A30656">
      <w:pPr>
        <w:spacing w:after="0"/>
        <w:rPr>
          <w:b/>
        </w:rPr>
      </w:pPr>
    </w:p>
    <w:p w14:paraId="7E172B75" w14:textId="2015C9B8" w:rsidR="00DE5C61" w:rsidRDefault="00000000">
      <w:r>
        <w:rPr>
          <w:b/>
        </w:rPr>
        <w:t>School/</w:t>
      </w:r>
      <w:r w:rsidR="001F50DC">
        <w:rPr>
          <w:b/>
        </w:rPr>
        <w:t>Campus</w:t>
      </w:r>
      <w:r w:rsidR="001F50DC">
        <w:t xml:space="preserve"> _</w:t>
      </w:r>
      <w:r>
        <w:t>_________________________________________________________________________________</w:t>
      </w:r>
    </w:p>
    <w:p w14:paraId="59EB31AC" w14:textId="704BF6B0" w:rsidR="00DE5C61" w:rsidRDefault="00000000">
      <w:r>
        <w:rPr>
          <w:b/>
        </w:rPr>
        <w:t>Booster Club/Organization Name</w:t>
      </w:r>
      <w:r>
        <w:t xml:space="preserve">  __________________________________________________________________________</w:t>
      </w:r>
    </w:p>
    <w:tbl>
      <w:tblPr>
        <w:tblW w:w="0" w:type="auto"/>
        <w:jc w:val="center"/>
        <w:tblLook w:val="04A0" w:firstRow="1" w:lastRow="0" w:firstColumn="1" w:lastColumn="0" w:noHBand="0" w:noVBand="1"/>
      </w:tblPr>
      <w:tblGrid>
        <w:gridCol w:w="5256"/>
        <w:gridCol w:w="5256"/>
      </w:tblGrid>
      <w:tr w:rsidR="00DE5C61" w14:paraId="3B9F151B" w14:textId="77777777">
        <w:trPr>
          <w:jc w:val="center"/>
        </w:trPr>
        <w:tc>
          <w:tcPr>
            <w:tcW w:w="5256" w:type="dxa"/>
            <w:tcBorders>
              <w:top w:val="single" w:sz="4" w:space="0" w:color="B7B7B7"/>
              <w:left w:val="single" w:sz="4" w:space="0" w:color="B7B7B7"/>
              <w:bottom w:val="single" w:sz="4" w:space="0" w:color="B7B7B7"/>
              <w:right w:val="single" w:sz="4" w:space="0" w:color="B7B7B7"/>
            </w:tcBorders>
            <w:shd w:val="clear" w:color="auto" w:fill="EAF1F8"/>
          </w:tcPr>
          <w:p w14:paraId="2EDD6B3A" w14:textId="77777777" w:rsidR="00DE5C61" w:rsidRDefault="00000000">
            <w:r>
              <w:rPr>
                <w:sz w:val="17"/>
              </w:rPr>
              <w:t>School Year: ____________________</w:t>
            </w:r>
          </w:p>
        </w:tc>
        <w:tc>
          <w:tcPr>
            <w:tcW w:w="5256" w:type="dxa"/>
            <w:tcBorders>
              <w:top w:val="single" w:sz="4" w:space="0" w:color="B7B7B7"/>
              <w:left w:val="single" w:sz="4" w:space="0" w:color="B7B7B7"/>
              <w:bottom w:val="single" w:sz="4" w:space="0" w:color="B7B7B7"/>
              <w:right w:val="single" w:sz="4" w:space="0" w:color="B7B7B7"/>
            </w:tcBorders>
            <w:shd w:val="clear" w:color="auto" w:fill="EAF1F8"/>
          </w:tcPr>
          <w:p w14:paraId="7F675E71" w14:textId="77777777" w:rsidR="00DE5C61" w:rsidRDefault="00000000">
            <w:r>
              <w:rPr>
                <w:sz w:val="17"/>
              </w:rPr>
              <w:t>Date Submitted: ____________________</w:t>
            </w:r>
          </w:p>
        </w:tc>
      </w:tr>
    </w:tbl>
    <w:p w14:paraId="60F9709E" w14:textId="77777777" w:rsidR="00DE5C61" w:rsidRDefault="00000000">
      <w:r>
        <w:rPr>
          <w:b/>
        </w:rPr>
        <w:t>Purpose of the Organization</w:t>
      </w:r>
      <w:r>
        <w:t xml:space="preserve">  __________________________________________________________________________________</w:t>
      </w:r>
    </w:p>
    <w:p w14:paraId="5C6245FF" w14:textId="77777777" w:rsidR="00DE5C61" w:rsidRDefault="00000000">
      <w:r>
        <w:rPr>
          <w:b/>
        </w:rPr>
        <w:t>Program, Activity, Team, or Student Group Supported</w:t>
      </w:r>
      <w:r>
        <w:t xml:space="preserve">  __________________________________________________________________________________</w:t>
      </w:r>
    </w:p>
    <w:p w14:paraId="4124375B" w14:textId="77777777" w:rsidR="00DE5C61" w:rsidRDefault="00000000">
      <w:r>
        <w:t>Type of Organization: ☐ Athletics    ☐ Fine Arts    ☐ Academics    ☐ Student Activities    ☐ Other: ____________________</w:t>
      </w:r>
    </w:p>
    <w:tbl>
      <w:tblPr>
        <w:tblW w:w="0" w:type="auto"/>
        <w:tblLook w:val="04A0" w:firstRow="1" w:lastRow="0" w:firstColumn="1" w:lastColumn="0" w:noHBand="0" w:noVBand="1"/>
      </w:tblPr>
      <w:tblGrid>
        <w:gridCol w:w="10512"/>
      </w:tblGrid>
      <w:tr w:rsidR="00DE5C61" w14:paraId="4C40AFBC" w14:textId="77777777">
        <w:tc>
          <w:tcPr>
            <w:tcW w:w="10512" w:type="dxa"/>
            <w:tcBorders>
              <w:top w:val="single" w:sz="4" w:space="0" w:color="B7B7B7"/>
              <w:left w:val="single" w:sz="4" w:space="0" w:color="B7B7B7"/>
              <w:bottom w:val="single" w:sz="4" w:space="0" w:color="B7B7B7"/>
              <w:right w:val="single" w:sz="4" w:space="0" w:color="B7B7B7"/>
            </w:tcBorders>
            <w:shd w:val="clear" w:color="auto" w:fill="17365D"/>
          </w:tcPr>
          <w:p w14:paraId="256C713B" w14:textId="77777777" w:rsidR="00DE5C61" w:rsidRDefault="00000000">
            <w:r>
              <w:rPr>
                <w:b/>
                <w:color w:val="FFFFFF"/>
              </w:rPr>
              <w:t>District/Campus Contact</w:t>
            </w:r>
          </w:p>
        </w:tc>
      </w:tr>
    </w:tbl>
    <w:p w14:paraId="321129C7" w14:textId="77777777" w:rsidR="001F50DC" w:rsidRDefault="001F50DC">
      <w:pPr>
        <w:rPr>
          <w:b/>
        </w:rPr>
      </w:pPr>
    </w:p>
    <w:p w14:paraId="68A2AE30" w14:textId="6CCD8741" w:rsidR="00DE5C61" w:rsidRDefault="00000000">
      <w:r>
        <w:rPr>
          <w:b/>
        </w:rPr>
        <w:t xml:space="preserve">Faculty/Staff Sponsor or District </w:t>
      </w:r>
      <w:r w:rsidR="001F50DC">
        <w:rPr>
          <w:b/>
        </w:rPr>
        <w:t>Contact</w:t>
      </w:r>
      <w:r w:rsidR="001F50DC">
        <w:t xml:space="preserve"> _</w:t>
      </w:r>
      <w:r>
        <w:t>___________________________________________________________________</w:t>
      </w:r>
    </w:p>
    <w:tbl>
      <w:tblPr>
        <w:tblW w:w="0" w:type="auto"/>
        <w:jc w:val="center"/>
        <w:tblLook w:val="04A0" w:firstRow="1" w:lastRow="0" w:firstColumn="1" w:lastColumn="0" w:noHBand="0" w:noVBand="1"/>
      </w:tblPr>
      <w:tblGrid>
        <w:gridCol w:w="5256"/>
        <w:gridCol w:w="5148"/>
      </w:tblGrid>
      <w:tr w:rsidR="00DE5C61" w14:paraId="639A9A42" w14:textId="77777777" w:rsidTr="00A30656">
        <w:trPr>
          <w:jc w:val="center"/>
        </w:trPr>
        <w:tc>
          <w:tcPr>
            <w:tcW w:w="5256" w:type="dxa"/>
            <w:tcBorders>
              <w:top w:val="single" w:sz="4" w:space="0" w:color="B7B7B7"/>
              <w:left w:val="single" w:sz="4" w:space="0" w:color="B7B7B7"/>
              <w:bottom w:val="single" w:sz="4" w:space="0" w:color="B7B7B7"/>
              <w:right w:val="single" w:sz="4" w:space="0" w:color="B7B7B7"/>
            </w:tcBorders>
            <w:shd w:val="clear" w:color="auto" w:fill="EAF1F8"/>
          </w:tcPr>
          <w:p w14:paraId="4401610C" w14:textId="77777777" w:rsidR="00DE5C61" w:rsidRDefault="00000000">
            <w:r>
              <w:rPr>
                <w:sz w:val="17"/>
              </w:rPr>
              <w:t>Title/Position: __________________</w:t>
            </w:r>
          </w:p>
        </w:tc>
        <w:tc>
          <w:tcPr>
            <w:tcW w:w="5148" w:type="dxa"/>
            <w:tcBorders>
              <w:top w:val="single" w:sz="4" w:space="0" w:color="B7B7B7"/>
              <w:left w:val="single" w:sz="4" w:space="0" w:color="B7B7B7"/>
              <w:bottom w:val="single" w:sz="4" w:space="0" w:color="B7B7B7"/>
              <w:right w:val="single" w:sz="4" w:space="0" w:color="B7B7B7"/>
            </w:tcBorders>
            <w:shd w:val="clear" w:color="auto" w:fill="EAF1F8"/>
          </w:tcPr>
          <w:p w14:paraId="03F4DBA2" w14:textId="77777777" w:rsidR="00DE5C61" w:rsidRDefault="00000000">
            <w:r>
              <w:rPr>
                <w:sz w:val="17"/>
              </w:rPr>
              <w:t>Phone: __________________</w:t>
            </w:r>
          </w:p>
        </w:tc>
      </w:tr>
      <w:tr w:rsidR="00DE5C61" w14:paraId="0D165812" w14:textId="77777777" w:rsidTr="00A30656">
        <w:trPr>
          <w:jc w:val="center"/>
        </w:trPr>
        <w:tc>
          <w:tcPr>
            <w:tcW w:w="5256" w:type="dxa"/>
            <w:tcBorders>
              <w:top w:val="single" w:sz="4" w:space="0" w:color="B7B7B7"/>
              <w:left w:val="single" w:sz="4" w:space="0" w:color="B7B7B7"/>
              <w:bottom w:val="single" w:sz="4" w:space="0" w:color="B7B7B7"/>
              <w:right w:val="single" w:sz="4" w:space="0" w:color="B7B7B7"/>
            </w:tcBorders>
          </w:tcPr>
          <w:p w14:paraId="3D1CCFF6" w14:textId="77777777" w:rsidR="00DE5C61" w:rsidRDefault="00000000">
            <w:r>
              <w:rPr>
                <w:sz w:val="17"/>
              </w:rPr>
              <w:t>Email: __________________________________________</w:t>
            </w:r>
          </w:p>
        </w:tc>
        <w:tc>
          <w:tcPr>
            <w:tcW w:w="5148" w:type="dxa"/>
            <w:tcBorders>
              <w:top w:val="single" w:sz="4" w:space="0" w:color="B7B7B7"/>
              <w:left w:val="single" w:sz="4" w:space="0" w:color="B7B7B7"/>
              <w:bottom w:val="single" w:sz="4" w:space="0" w:color="B7B7B7"/>
              <w:right w:val="single" w:sz="4" w:space="0" w:color="B7B7B7"/>
            </w:tcBorders>
          </w:tcPr>
          <w:p w14:paraId="1562DF1F" w14:textId="77777777" w:rsidR="00DE5C61" w:rsidRDefault="00DE5C61"/>
        </w:tc>
      </w:tr>
    </w:tbl>
    <w:p w14:paraId="0AC65FF0" w14:textId="77777777" w:rsidR="001F50DC" w:rsidRDefault="001F50DC">
      <w:pPr>
        <w:rPr>
          <w:b/>
        </w:rPr>
      </w:pPr>
    </w:p>
    <w:p w14:paraId="2D3D59AC" w14:textId="3F466611" w:rsidR="00DE5C61" w:rsidRDefault="00000000">
      <w:r>
        <w:rPr>
          <w:b/>
        </w:rPr>
        <w:t>Approximate Number of Active Members/Parent Supporters</w:t>
      </w:r>
      <w:r>
        <w:t xml:space="preserve">  ____________________________________________________</w:t>
      </w:r>
    </w:p>
    <w:tbl>
      <w:tblPr>
        <w:tblW w:w="0" w:type="auto"/>
        <w:tblLook w:val="04A0" w:firstRow="1" w:lastRow="0" w:firstColumn="1" w:lastColumn="0" w:noHBand="0" w:noVBand="1"/>
      </w:tblPr>
      <w:tblGrid>
        <w:gridCol w:w="10512"/>
      </w:tblGrid>
      <w:tr w:rsidR="00DE5C61" w14:paraId="6674545B" w14:textId="77777777">
        <w:tc>
          <w:tcPr>
            <w:tcW w:w="10512" w:type="dxa"/>
            <w:tcBorders>
              <w:top w:val="single" w:sz="4" w:space="0" w:color="B7B7B7"/>
              <w:left w:val="single" w:sz="4" w:space="0" w:color="B7B7B7"/>
              <w:bottom w:val="single" w:sz="4" w:space="0" w:color="B7B7B7"/>
              <w:right w:val="single" w:sz="4" w:space="0" w:color="B7B7B7"/>
            </w:tcBorders>
            <w:shd w:val="clear" w:color="auto" w:fill="17365D"/>
          </w:tcPr>
          <w:p w14:paraId="25A5D8A1" w14:textId="77777777" w:rsidR="00DE5C61" w:rsidRDefault="00000000">
            <w:r>
              <w:rPr>
                <w:b/>
                <w:color w:val="FFFFFF"/>
              </w:rPr>
              <w:t>Supporting Documentation</w:t>
            </w:r>
          </w:p>
        </w:tc>
      </w:tr>
    </w:tbl>
    <w:p w14:paraId="17D505EC" w14:textId="77777777" w:rsidR="00DE5C61" w:rsidRDefault="00000000">
      <w:r>
        <w:t>☐ Current organizational bylaws</w:t>
      </w:r>
    </w:p>
    <w:p w14:paraId="6250E08F" w14:textId="77777777" w:rsidR="00DE5C61" w:rsidRDefault="00000000">
      <w:r>
        <w:t>☐ Current IRS 501(c)(3) determination letter, if applicable</w:t>
      </w:r>
    </w:p>
    <w:p w14:paraId="53C3C622" w14:textId="77777777" w:rsidR="00DE5C61" w:rsidRDefault="00000000">
      <w:r>
        <w:t>☐ Current Booster Club Officer Information Form</w:t>
      </w:r>
    </w:p>
    <w:p w14:paraId="1894EDAE" w14:textId="77777777" w:rsidR="00DE5C61" w:rsidRDefault="00000000">
      <w:r>
        <w:t>☐ Other supporting documentation: ______________________________</w:t>
      </w:r>
    </w:p>
    <w:tbl>
      <w:tblPr>
        <w:tblW w:w="0" w:type="auto"/>
        <w:tblLook w:val="04A0" w:firstRow="1" w:lastRow="0" w:firstColumn="1" w:lastColumn="0" w:noHBand="0" w:noVBand="1"/>
      </w:tblPr>
      <w:tblGrid>
        <w:gridCol w:w="10512"/>
      </w:tblGrid>
      <w:tr w:rsidR="00DE5C61" w14:paraId="4F4E34AA" w14:textId="77777777">
        <w:tc>
          <w:tcPr>
            <w:tcW w:w="10512" w:type="dxa"/>
            <w:tcBorders>
              <w:top w:val="single" w:sz="4" w:space="0" w:color="B7B7B7"/>
              <w:left w:val="single" w:sz="4" w:space="0" w:color="B7B7B7"/>
              <w:bottom w:val="single" w:sz="4" w:space="0" w:color="B7B7B7"/>
              <w:right w:val="single" w:sz="4" w:space="0" w:color="B7B7B7"/>
            </w:tcBorders>
            <w:shd w:val="clear" w:color="auto" w:fill="17365D"/>
          </w:tcPr>
          <w:p w14:paraId="246EF232" w14:textId="77777777" w:rsidR="00DE5C61" w:rsidRDefault="00000000">
            <w:r>
              <w:rPr>
                <w:b/>
                <w:color w:val="FFFFFF"/>
              </w:rPr>
              <w:t>Organization Acknowledgment</w:t>
            </w:r>
          </w:p>
        </w:tc>
      </w:tr>
    </w:tbl>
    <w:p w14:paraId="0647490F" w14:textId="77777777" w:rsidR="00DE5C61" w:rsidRDefault="00000000">
      <w:r>
        <w:t>By signing below, the organization representatives acknowledge that the information provided is accurate and complete to the best of their knowledge. The organization agrees to follow applicable District policies, procedures, and guidelines; maintain appropriate organizational and financial records; and provide updated officer/contact information when changes occur. The organization understands that it operates as a separate organization from Arlington ISD unless otherwise specifically designated by the District.</w:t>
      </w:r>
    </w:p>
    <w:tbl>
      <w:tblPr>
        <w:tblW w:w="0" w:type="auto"/>
        <w:jc w:val="center"/>
        <w:tblLook w:val="04A0" w:firstRow="1" w:lastRow="0" w:firstColumn="1" w:lastColumn="0" w:noHBand="0" w:noVBand="1"/>
      </w:tblPr>
      <w:tblGrid>
        <w:gridCol w:w="5256"/>
        <w:gridCol w:w="5148"/>
      </w:tblGrid>
      <w:tr w:rsidR="00DE5C61" w14:paraId="1890D8FC" w14:textId="77777777" w:rsidTr="001F50DC">
        <w:trPr>
          <w:jc w:val="center"/>
        </w:trPr>
        <w:tc>
          <w:tcPr>
            <w:tcW w:w="5256" w:type="dxa"/>
            <w:tcBorders>
              <w:top w:val="single" w:sz="4" w:space="0" w:color="B7B7B7"/>
              <w:left w:val="single" w:sz="4" w:space="0" w:color="B7B7B7"/>
              <w:bottom w:val="single" w:sz="4" w:space="0" w:color="B7B7B7"/>
              <w:right w:val="single" w:sz="4" w:space="0" w:color="B7B7B7"/>
            </w:tcBorders>
            <w:shd w:val="clear" w:color="auto" w:fill="EAF1F8"/>
          </w:tcPr>
          <w:p w14:paraId="77CA7C1E" w14:textId="77777777" w:rsidR="00DE5C61" w:rsidRDefault="00000000">
            <w:r>
              <w:rPr>
                <w:sz w:val="17"/>
              </w:rPr>
              <w:t>PRESIDENT / AUTHORIZED REPRESENTATIVE</w:t>
            </w:r>
          </w:p>
        </w:tc>
        <w:tc>
          <w:tcPr>
            <w:tcW w:w="5148" w:type="dxa"/>
            <w:tcBorders>
              <w:top w:val="single" w:sz="4" w:space="0" w:color="B7B7B7"/>
              <w:left w:val="single" w:sz="4" w:space="0" w:color="B7B7B7"/>
              <w:bottom w:val="single" w:sz="4" w:space="0" w:color="B7B7B7"/>
              <w:right w:val="single" w:sz="4" w:space="0" w:color="B7B7B7"/>
            </w:tcBorders>
            <w:shd w:val="clear" w:color="auto" w:fill="EAF1F8"/>
          </w:tcPr>
          <w:p w14:paraId="2E088987" w14:textId="77777777" w:rsidR="00DE5C61" w:rsidRDefault="00000000">
            <w:r>
              <w:rPr>
                <w:sz w:val="17"/>
              </w:rPr>
              <w:t>TREASURER</w:t>
            </w:r>
          </w:p>
        </w:tc>
      </w:tr>
      <w:tr w:rsidR="00DE5C61" w14:paraId="00EC4A96" w14:textId="77777777" w:rsidTr="001F50DC">
        <w:trPr>
          <w:jc w:val="center"/>
        </w:trPr>
        <w:tc>
          <w:tcPr>
            <w:tcW w:w="5256" w:type="dxa"/>
            <w:tcBorders>
              <w:top w:val="single" w:sz="4" w:space="0" w:color="B7B7B7"/>
              <w:left w:val="single" w:sz="4" w:space="0" w:color="B7B7B7"/>
              <w:bottom w:val="single" w:sz="4" w:space="0" w:color="B7B7B7"/>
              <w:right w:val="single" w:sz="4" w:space="0" w:color="B7B7B7"/>
            </w:tcBorders>
          </w:tcPr>
          <w:p w14:paraId="07E10654" w14:textId="77777777" w:rsidR="00DE5C61" w:rsidRDefault="00000000">
            <w:r>
              <w:rPr>
                <w:sz w:val="17"/>
              </w:rPr>
              <w:t>Printed Name: __________________________</w:t>
            </w:r>
          </w:p>
        </w:tc>
        <w:tc>
          <w:tcPr>
            <w:tcW w:w="5148" w:type="dxa"/>
            <w:tcBorders>
              <w:top w:val="single" w:sz="4" w:space="0" w:color="B7B7B7"/>
              <w:left w:val="single" w:sz="4" w:space="0" w:color="B7B7B7"/>
              <w:bottom w:val="single" w:sz="4" w:space="0" w:color="B7B7B7"/>
              <w:right w:val="single" w:sz="4" w:space="0" w:color="B7B7B7"/>
            </w:tcBorders>
          </w:tcPr>
          <w:p w14:paraId="5EBC82A1" w14:textId="77777777" w:rsidR="00DE5C61" w:rsidRDefault="00000000">
            <w:r>
              <w:rPr>
                <w:sz w:val="17"/>
              </w:rPr>
              <w:t>Printed Name: __________________________</w:t>
            </w:r>
          </w:p>
        </w:tc>
      </w:tr>
      <w:tr w:rsidR="00DE5C61" w14:paraId="4870F8F6" w14:textId="77777777" w:rsidTr="001F50DC">
        <w:trPr>
          <w:jc w:val="center"/>
        </w:trPr>
        <w:tc>
          <w:tcPr>
            <w:tcW w:w="5256" w:type="dxa"/>
            <w:tcBorders>
              <w:top w:val="single" w:sz="4" w:space="0" w:color="B7B7B7"/>
              <w:left w:val="single" w:sz="4" w:space="0" w:color="B7B7B7"/>
              <w:bottom w:val="single" w:sz="4" w:space="0" w:color="B7B7B7"/>
              <w:right w:val="single" w:sz="4" w:space="0" w:color="B7B7B7"/>
            </w:tcBorders>
          </w:tcPr>
          <w:p w14:paraId="03F605C8" w14:textId="77777777" w:rsidR="00DE5C61" w:rsidRDefault="00000000">
            <w:r>
              <w:rPr>
                <w:sz w:val="17"/>
              </w:rPr>
              <w:t>Signature: ______________________________</w:t>
            </w:r>
          </w:p>
        </w:tc>
        <w:tc>
          <w:tcPr>
            <w:tcW w:w="5148" w:type="dxa"/>
            <w:tcBorders>
              <w:top w:val="single" w:sz="4" w:space="0" w:color="B7B7B7"/>
              <w:left w:val="single" w:sz="4" w:space="0" w:color="B7B7B7"/>
              <w:bottom w:val="single" w:sz="4" w:space="0" w:color="B7B7B7"/>
              <w:right w:val="single" w:sz="4" w:space="0" w:color="B7B7B7"/>
            </w:tcBorders>
          </w:tcPr>
          <w:p w14:paraId="1048805C" w14:textId="77777777" w:rsidR="00DE5C61" w:rsidRDefault="00000000">
            <w:r>
              <w:rPr>
                <w:sz w:val="17"/>
              </w:rPr>
              <w:t>Signature: ______________________________</w:t>
            </w:r>
          </w:p>
        </w:tc>
      </w:tr>
      <w:tr w:rsidR="00DE5C61" w14:paraId="7111C305" w14:textId="77777777" w:rsidTr="001F50DC">
        <w:trPr>
          <w:jc w:val="center"/>
        </w:trPr>
        <w:tc>
          <w:tcPr>
            <w:tcW w:w="5256" w:type="dxa"/>
            <w:tcBorders>
              <w:top w:val="single" w:sz="4" w:space="0" w:color="B7B7B7"/>
              <w:left w:val="single" w:sz="4" w:space="0" w:color="B7B7B7"/>
              <w:bottom w:val="single" w:sz="4" w:space="0" w:color="B7B7B7"/>
              <w:right w:val="single" w:sz="4" w:space="0" w:color="B7B7B7"/>
            </w:tcBorders>
          </w:tcPr>
          <w:p w14:paraId="310BBE08" w14:textId="77777777" w:rsidR="00DE5C61" w:rsidRDefault="00000000">
            <w:r>
              <w:rPr>
                <w:sz w:val="17"/>
              </w:rPr>
              <w:t>Date: __________________</w:t>
            </w:r>
          </w:p>
        </w:tc>
        <w:tc>
          <w:tcPr>
            <w:tcW w:w="5148" w:type="dxa"/>
            <w:tcBorders>
              <w:top w:val="single" w:sz="4" w:space="0" w:color="B7B7B7"/>
              <w:left w:val="single" w:sz="4" w:space="0" w:color="B7B7B7"/>
              <w:bottom w:val="single" w:sz="4" w:space="0" w:color="B7B7B7"/>
              <w:right w:val="single" w:sz="4" w:space="0" w:color="B7B7B7"/>
            </w:tcBorders>
          </w:tcPr>
          <w:p w14:paraId="2A85FB98" w14:textId="77777777" w:rsidR="00DE5C61" w:rsidRDefault="00000000">
            <w:r>
              <w:rPr>
                <w:sz w:val="17"/>
              </w:rPr>
              <w:t>Date: __________________</w:t>
            </w:r>
          </w:p>
        </w:tc>
      </w:tr>
    </w:tbl>
    <w:p w14:paraId="19DB7A3E" w14:textId="77777777" w:rsidR="00DE5C61" w:rsidRDefault="00000000">
      <w:pPr>
        <w:jc w:val="center"/>
      </w:pPr>
      <w:r>
        <w:rPr>
          <w:color w:val="666666"/>
          <w:sz w:val="14"/>
        </w:rPr>
        <w:t>For use with Arlington ISD Booster Club registration and approval procedures. Retain a copy for organization records.</w:t>
      </w:r>
    </w:p>
    <w:sectPr w:rsidR="00DE5C61" w:rsidSect="00034616">
      <w:footerReference w:type="default" r:id="rId8"/>
      <w:pgSz w:w="12240" w:h="15840"/>
      <w:pgMar w:top="792" w:right="864" w:bottom="792" w:left="86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060C0" w14:textId="77777777" w:rsidR="00867DDF" w:rsidRDefault="00867DDF">
      <w:pPr>
        <w:spacing w:after="0" w:line="240" w:lineRule="auto"/>
      </w:pPr>
      <w:r>
        <w:separator/>
      </w:r>
    </w:p>
  </w:endnote>
  <w:endnote w:type="continuationSeparator" w:id="0">
    <w:p w14:paraId="1B43CBA1" w14:textId="77777777" w:rsidR="00867DDF" w:rsidRDefault="00867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D1106" w14:textId="6532A982" w:rsidR="00DE5C61" w:rsidRDefault="00000000">
    <w:pPr>
      <w:pStyle w:val="Footer"/>
      <w:jc w:val="center"/>
    </w:pPr>
    <w:r>
      <w:rPr>
        <w:color w:val="666666"/>
        <w:sz w:val="14"/>
      </w:rPr>
      <w:t>Booster Club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BF908" w14:textId="77777777" w:rsidR="00867DDF" w:rsidRDefault="00867DDF">
      <w:pPr>
        <w:spacing w:after="0" w:line="240" w:lineRule="auto"/>
      </w:pPr>
      <w:r>
        <w:separator/>
      </w:r>
    </w:p>
  </w:footnote>
  <w:footnote w:type="continuationSeparator" w:id="0">
    <w:p w14:paraId="5B505FA5" w14:textId="77777777" w:rsidR="00867DDF" w:rsidRDefault="00867D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581064646">
    <w:abstractNumId w:val="8"/>
  </w:num>
  <w:num w:numId="2" w16cid:durableId="1057624513">
    <w:abstractNumId w:val="6"/>
  </w:num>
  <w:num w:numId="3" w16cid:durableId="1047027078">
    <w:abstractNumId w:val="5"/>
  </w:num>
  <w:num w:numId="4" w16cid:durableId="670521164">
    <w:abstractNumId w:val="4"/>
  </w:num>
  <w:num w:numId="5" w16cid:durableId="1779596289">
    <w:abstractNumId w:val="7"/>
  </w:num>
  <w:num w:numId="6" w16cid:durableId="1150295285">
    <w:abstractNumId w:val="3"/>
  </w:num>
  <w:num w:numId="7" w16cid:durableId="1678725872">
    <w:abstractNumId w:val="2"/>
  </w:num>
  <w:num w:numId="8" w16cid:durableId="754980563">
    <w:abstractNumId w:val="1"/>
  </w:num>
  <w:num w:numId="9" w16cid:durableId="11806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0DAA"/>
    <w:rsid w:val="0006063C"/>
    <w:rsid w:val="0015074B"/>
    <w:rsid w:val="00172271"/>
    <w:rsid w:val="001F50DC"/>
    <w:rsid w:val="0029639D"/>
    <w:rsid w:val="00326F90"/>
    <w:rsid w:val="00867DDF"/>
    <w:rsid w:val="00A30656"/>
    <w:rsid w:val="00A72BB3"/>
    <w:rsid w:val="00AA1D8D"/>
    <w:rsid w:val="00B47730"/>
    <w:rsid w:val="00CB0664"/>
    <w:rsid w:val="00DE5C6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8BFA26"/>
  <w14:defaultImageDpi w14:val="300"/>
  <w15:docId w15:val="{5B0EB76A-9C46-455E-9833-8C78B66B1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209</Words>
  <Characters>2034</Characters>
  <Application>Microsoft Office Word</Application>
  <DocSecurity>0</DocSecurity>
  <Lines>81</Lines>
  <Paragraphs>57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2186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Sanders, Doris</cp:lastModifiedBy>
  <cp:revision>3</cp:revision>
  <dcterms:created xsi:type="dcterms:W3CDTF">2013-12-23T23:15:00Z</dcterms:created>
  <dcterms:modified xsi:type="dcterms:W3CDTF">2026-10-05T20:33:00Z</dcterms:modified>
  <cp:category/>
</cp:coreProperties>
</file>